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sz w:val="40"/>
        </w:rPr>
        <w:t>River Ridge Hawks Football</w:t>
        <w:br/>
        <w:t>Warm-Up Guide</w:t>
      </w:r>
    </w:p>
    <w:p>
      <w:r>
        <w:t>Use the appropriate warm-up before each workout. Perform all drills with good technique and communicate throughout.</w:t>
      </w:r>
    </w:p>
    <w:p>
      <w:pPr>
        <w:pStyle w:val="Heading2"/>
      </w:pPr>
      <w:r>
        <w:t>Warm-Up A</w:t>
      </w:r>
    </w:p>
    <w:p>
      <w:pPr>
        <w:pStyle w:val="ListBullet"/>
      </w:pPr>
      <w:r>
        <w:t>Light Jog – To the 50-yard line and back</w:t>
      </w:r>
    </w:p>
    <w:p>
      <w:pPr>
        <w:pStyle w:val="ListBullet"/>
      </w:pPr>
      <w:r>
        <w:t>High Knees – To the 20-yard line</w:t>
      </w:r>
    </w:p>
    <w:p>
      <w:pPr>
        <w:pStyle w:val="ListBullet"/>
      </w:pPr>
      <w:r>
        <w:t>Butt Kicks – To the 20-yard line</w:t>
      </w:r>
    </w:p>
    <w:p>
      <w:pPr>
        <w:pStyle w:val="ListBullet"/>
      </w:pPr>
      <w:r>
        <w:t>Carioca – To the 20-yard line (both directions)</w:t>
      </w:r>
    </w:p>
    <w:p>
      <w:pPr>
        <w:pStyle w:val="ListBullet"/>
      </w:pPr>
      <w:r>
        <w:t>Side Shuffle – To the 20-yard line (both directions)</w:t>
      </w:r>
    </w:p>
    <w:p>
      <w:pPr>
        <w:pStyle w:val="ListBullet"/>
      </w:pPr>
      <w:r>
        <w:t>Walking Quad Stretch – To the 20-yard line</w:t>
      </w:r>
    </w:p>
    <w:p>
      <w:pPr>
        <w:pStyle w:val="ListBullet"/>
      </w:pPr>
      <w:r>
        <w:t>Walking Hamstring Stretch – To the 20-yard line</w:t>
      </w:r>
    </w:p>
    <w:p>
      <w:pPr>
        <w:pStyle w:val="ListBullet"/>
      </w:pPr>
      <w:r>
        <w:t>Walking Knee Hugs – To the 20-yard line</w:t>
      </w:r>
    </w:p>
    <w:p>
      <w:pPr>
        <w:pStyle w:val="ListBullet"/>
      </w:pPr>
      <w:r>
        <w:t>Open the Gate – To the 20-yard line</w:t>
      </w:r>
    </w:p>
    <w:p>
      <w:pPr>
        <w:pStyle w:val="ListBullet"/>
      </w:pPr>
      <w:r>
        <w:t>Close the Gate – To the 20-yard line</w:t>
      </w:r>
    </w:p>
    <w:p>
      <w:pPr>
        <w:pStyle w:val="ListBullet"/>
      </w:pPr>
      <w:r>
        <w:t>A-Skips – To the 20-yard line</w:t>
      </w:r>
    </w:p>
    <w:p>
      <w:pPr>
        <w:pStyle w:val="ListBullet"/>
      </w:pPr>
      <w:r>
        <w:t>Build-Up Strides – 2 reps to the 20-yard line</w:t>
      </w:r>
    </w:p>
    <w:p>
      <w:pPr>
        <w:pStyle w:val="Heading2"/>
      </w:pPr>
      <w:r>
        <w:t>Warm-Up B</w:t>
      </w:r>
    </w:p>
    <w:p>
      <w:pPr>
        <w:pStyle w:val="ListBullet"/>
      </w:pPr>
      <w:r>
        <w:t>Light Jog – To the 50-yard line and back</w:t>
      </w:r>
    </w:p>
    <w:p>
      <w:pPr>
        <w:pStyle w:val="ListBullet"/>
      </w:pPr>
      <w:r>
        <w:t>Backpedal – To the 20-yard line</w:t>
      </w:r>
    </w:p>
    <w:p>
      <w:pPr>
        <w:pStyle w:val="ListBullet"/>
      </w:pPr>
      <w:r>
        <w:t>Side Shuffle – To the 20-yard line (both directions)</w:t>
      </w:r>
    </w:p>
    <w:p>
      <w:pPr>
        <w:pStyle w:val="ListBullet"/>
      </w:pPr>
      <w:r>
        <w:t>Carioca – To the 20-yard line (both directions)</w:t>
      </w:r>
    </w:p>
    <w:p>
      <w:pPr>
        <w:pStyle w:val="ListBullet"/>
      </w:pPr>
      <w:r>
        <w:t>High Knees – To the 20-yard line</w:t>
      </w:r>
    </w:p>
    <w:p>
      <w:pPr>
        <w:pStyle w:val="ListBullet"/>
      </w:pPr>
      <w:r>
        <w:t>Butt Kicks – To the 20-yard line</w:t>
      </w:r>
    </w:p>
    <w:p>
      <w:pPr>
        <w:pStyle w:val="ListBullet"/>
      </w:pPr>
      <w:r>
        <w:t>Frankenstein Walk – To the 20-yard line</w:t>
      </w:r>
    </w:p>
    <w:p>
      <w:pPr>
        <w:pStyle w:val="ListBullet"/>
      </w:pPr>
      <w:r>
        <w:t>Walking Lunge with Rotation – To the 20-yard line</w:t>
      </w:r>
    </w:p>
    <w:p>
      <w:pPr>
        <w:pStyle w:val="ListBullet"/>
      </w:pPr>
      <w:r>
        <w:t>Ankle Rolls – 10 each direction</w:t>
      </w:r>
    </w:p>
    <w:p>
      <w:pPr>
        <w:pStyle w:val="ListBullet"/>
      </w:pPr>
      <w:r>
        <w:t>A-Skips – To the 20-yard line</w:t>
      </w:r>
    </w:p>
    <w:p>
      <w:pPr>
        <w:pStyle w:val="ListBullet"/>
      </w:pPr>
      <w:r>
        <w:t>Build-Up Strides – 2 reps to the 20-yard line</w:t>
      </w:r>
    </w:p>
    <w:p>
      <w:pPr>
        <w:pStyle w:val="Heading2"/>
      </w:pPr>
      <w:r>
        <w:t>Dynamic Warm-Up (Wednesday 7-on-7)</w:t>
      </w:r>
    </w:p>
    <w:p>
      <w:pPr>
        <w:pStyle w:val="ListBullet"/>
      </w:pPr>
      <w:r>
        <w:t>Light Jog – To the 50-yard line and back</w:t>
      </w:r>
    </w:p>
    <w:p>
      <w:pPr>
        <w:pStyle w:val="ListBullet"/>
      </w:pPr>
      <w:r>
        <w:t>High Knees – To the 20-yard line</w:t>
      </w:r>
    </w:p>
    <w:p>
      <w:pPr>
        <w:pStyle w:val="ListBullet"/>
      </w:pPr>
      <w:r>
        <w:t>Butt Kicks – To the 20-yard line</w:t>
      </w:r>
    </w:p>
    <w:p>
      <w:pPr>
        <w:pStyle w:val="ListBullet"/>
      </w:pPr>
      <w:r>
        <w:t>Carioca – To the 20-yard line (both directions)</w:t>
      </w:r>
    </w:p>
    <w:p>
      <w:pPr>
        <w:pStyle w:val="ListBullet"/>
      </w:pPr>
      <w:r>
        <w:t>Side Shuffle – To the 20-yard line (both directions)</w:t>
      </w:r>
    </w:p>
    <w:p>
      <w:pPr>
        <w:pStyle w:val="ListBullet"/>
      </w:pPr>
      <w:r>
        <w:t>Backpedal to Sprint – 2 reps to the 20-yard line</w:t>
      </w:r>
    </w:p>
    <w:p>
      <w:pPr>
        <w:pStyle w:val="ListBullet"/>
      </w:pPr>
      <w:r>
        <w:t>A-Skips – To the 20-yard line</w:t>
      </w:r>
    </w:p>
    <w:p>
      <w:pPr>
        <w:pStyle w:val="ListBullet"/>
      </w:pPr>
      <w:r>
        <w:t>B-Skips – To the 20-yard line</w:t>
      </w:r>
    </w:p>
    <w:p>
      <w:pPr>
        <w:pStyle w:val="ListBullet"/>
      </w:pPr>
      <w:r>
        <w:t>Bounding – To the 20-yard line</w:t>
      </w:r>
    </w:p>
    <w:p>
      <w:pPr>
        <w:pStyle w:val="ListBullet"/>
      </w:pPr>
      <w:r>
        <w:t>Acceleration Build-Ups – 3 reps to the 20-yard line (60%, 75%, 90%)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