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River Ridge Hawks Football</w:t>
        <w:br/>
        <w:t>Player-Led Dead Period Workouts</w:t>
        <w:br/>
        <w:t>August 3–14, 2026</w:t>
      </w:r>
    </w:p>
    <w:p>
      <w:r>
        <w:t>Week 1 and Week 2 workouts. Workout flow each day: Warm-Up → Speed → Agility → Bodyweight Circuit → Conditioning → Stretch.</w:t>
      </w:r>
    </w:p>
    <w:p>
      <w:pPr>
        <w:pStyle w:val="Heading2"/>
      </w:pPr>
      <w:r>
        <w:t>Week 1 (Aug. 3–7)</w:t>
      </w:r>
    </w:p>
    <w:p>
      <w:pPr>
        <w:pStyle w:val="Heading3"/>
      </w:pPr>
      <w:r>
        <w:t>Monday</w:t>
      </w:r>
    </w:p>
    <w:p>
      <w:pPr>
        <w:pStyle w:val="ListBullet"/>
      </w:pPr>
      <w:r>
        <w:t>Warm-Up A</w:t>
      </w:r>
    </w:p>
    <w:p>
      <w:pPr>
        <w:pStyle w:val="ListBullet"/>
      </w:pPr>
      <w:r>
        <w:t>4×10 yd, 4×20 yd, 2×40 yd</w:t>
      </w:r>
    </w:p>
    <w:p>
      <w:pPr>
        <w:pStyle w:val="ListBullet"/>
      </w:pPr>
      <w:r>
        <w:t>Pro Agility ×3, Box Drill ×3</w:t>
      </w:r>
    </w:p>
    <w:p>
      <w:pPr>
        <w:pStyle w:val="ListBullet"/>
      </w:pPr>
      <w:r>
        <w:t>3 Rounds: 20 Squats, 15 Jump Squats, 10 Split Squats/leg, 20 Calf Raises, 30-sec Plank</w:t>
      </w:r>
    </w:p>
    <w:p>
      <w:pPr>
        <w:pStyle w:val="ListBullet"/>
      </w:pPr>
      <w:r>
        <w:t>8 Tempo Runs</w:t>
      </w:r>
    </w:p>
    <w:p>
      <w:pPr>
        <w:pStyle w:val="Heading3"/>
      </w:pPr>
      <w:r>
        <w:t>Tuesday</w:t>
      </w:r>
    </w:p>
    <w:p>
      <w:pPr>
        <w:pStyle w:val="ListBullet"/>
      </w:pPr>
      <w:r>
        <w:t>Warm-Up B</w:t>
      </w:r>
    </w:p>
    <w:p>
      <w:pPr>
        <w:pStyle w:val="ListBullet"/>
      </w:pPr>
      <w:r>
        <w:t>6×20 yd, 4×40 yd</w:t>
      </w:r>
    </w:p>
    <w:p>
      <w:pPr>
        <w:pStyle w:val="ListBullet"/>
      </w:pPr>
      <w:r>
        <w:t>L Drill ×3, M Drill ×3</w:t>
      </w:r>
    </w:p>
    <w:p>
      <w:pPr>
        <w:pStyle w:val="ListBullet"/>
      </w:pPr>
      <w:r>
        <w:t>3 Rounds: 20 Push-ups, 15 Wide Push-ups, 15 Diamond Push-ups, 20 Mountain Climbers, 20 Sit-ups</w:t>
      </w:r>
    </w:p>
    <w:p>
      <w:pPr>
        <w:pStyle w:val="ListBullet"/>
      </w:pPr>
      <w:r>
        <w:t>6 Shuttle Runs</w:t>
      </w:r>
    </w:p>
    <w:p>
      <w:pPr>
        <w:pStyle w:val="Heading3"/>
      </w:pPr>
      <w:r>
        <w:t>Wednesday</w:t>
      </w:r>
    </w:p>
    <w:p>
      <w:pPr>
        <w:pStyle w:val="ListBullet"/>
      </w:pPr>
      <w:r>
        <w:t>Dynamic Warm-Up</w:t>
      </w:r>
    </w:p>
    <w:p>
      <w:pPr>
        <w:pStyle w:val="ListBullet"/>
      </w:pPr>
      <w:r>
        <w:t>Routes on Air</w:t>
      </w:r>
    </w:p>
    <w:p>
      <w:pPr>
        <w:pStyle w:val="ListBullet"/>
      </w:pPr>
      <w:r>
        <w:t>QB/WR Timing</w:t>
      </w:r>
    </w:p>
    <w:p>
      <w:pPr>
        <w:pStyle w:val="ListBullet"/>
      </w:pPr>
      <w:r>
        <w:t>7-on-7</w:t>
      </w:r>
    </w:p>
    <w:p>
      <w:pPr>
        <w:pStyle w:val="ListBullet"/>
      </w:pPr>
      <w:r>
        <w:t>Red Zone</w:t>
      </w:r>
    </w:p>
    <w:p>
      <w:pPr>
        <w:pStyle w:val="ListBullet"/>
      </w:pPr>
      <w:r>
        <w:t>2-Minute Drill</w:t>
      </w:r>
    </w:p>
    <w:p>
      <w:pPr>
        <w:pStyle w:val="Heading3"/>
      </w:pPr>
      <w:r>
        <w:t>Thursday</w:t>
      </w:r>
    </w:p>
    <w:p>
      <w:pPr>
        <w:pStyle w:val="ListBullet"/>
      </w:pPr>
      <w:r>
        <w:t>Warm-Up A</w:t>
      </w:r>
    </w:p>
    <w:p>
      <w:pPr>
        <w:pStyle w:val="ListBullet"/>
      </w:pPr>
      <w:r>
        <w:t>4×10 yd, 4×20 yd, 2×40 yd</w:t>
      </w:r>
    </w:p>
    <w:p>
      <w:pPr>
        <w:pStyle w:val="ListBullet"/>
      </w:pPr>
      <w:r>
        <w:t>Pro Agility ×2, Box Drill ×2, L Drill ×2</w:t>
      </w:r>
    </w:p>
    <w:p>
      <w:pPr>
        <w:pStyle w:val="ListBullet"/>
      </w:pPr>
      <w:r>
        <w:t>3 Rounds: 15 Squats, 15 Push-ups, 20 Sit-ups, 20 Russian Twists, 20 Flutter Kicks, 30-sec Plank</w:t>
      </w:r>
    </w:p>
    <w:p>
      <w:pPr>
        <w:pStyle w:val="ListBullet"/>
      </w:pPr>
      <w:r>
        <w:t>8 Tempo Runs</w:t>
      </w:r>
    </w:p>
    <w:p>
      <w:pPr>
        <w:pStyle w:val="Heading3"/>
      </w:pPr>
      <w:r>
        <w:t>Friday</w:t>
      </w:r>
    </w:p>
    <w:p>
      <w:pPr>
        <w:pStyle w:val="ListBullet"/>
      </w:pPr>
      <w:r>
        <w:t>Warm-Up B</w:t>
      </w:r>
    </w:p>
    <w:p>
      <w:pPr>
        <w:pStyle w:val="ListBullet"/>
      </w:pPr>
      <w:r>
        <w:t>6×10 yd, 4×20 yd, 4×40 yd</w:t>
      </w:r>
    </w:p>
    <w:p>
      <w:pPr>
        <w:pStyle w:val="ListBullet"/>
      </w:pPr>
      <w:r>
        <w:t>Pro Agility ×2, M Drill ×2</w:t>
      </w:r>
    </w:p>
    <w:p>
      <w:pPr>
        <w:pStyle w:val="ListBullet"/>
      </w:pPr>
      <w:r>
        <w:t>3 Rounds: 20 Push-ups, 20 Squats, 20 Sit-ups, 20 Bicycle Crunches, 20 Flutter Kicks, 30-sec Front Plank, 30-sec Side Plank/side</w:t>
      </w:r>
    </w:p>
    <w:p>
      <w:pPr>
        <w:pStyle w:val="ListBullet"/>
      </w:pPr>
      <w:r>
        <w:t>10 Tempo Runs</w:t>
      </w:r>
    </w:p>
    <w:p>
      <w:pPr>
        <w:pStyle w:val="Heading2"/>
      </w:pPr>
      <w:r>
        <w:t>Week 2 (Aug. 10–14)</w:t>
      </w:r>
    </w:p>
    <w:p>
      <w:pPr>
        <w:pStyle w:val="Heading3"/>
      </w:pPr>
      <w:r>
        <w:t>Monday</w:t>
      </w:r>
    </w:p>
    <w:p>
      <w:pPr>
        <w:pStyle w:val="ListBullet"/>
      </w:pPr>
      <w:r>
        <w:t>Warm-Up A</w:t>
      </w:r>
    </w:p>
    <w:p>
      <w:pPr>
        <w:pStyle w:val="ListBullet"/>
      </w:pPr>
      <w:r>
        <w:t>6×10 yd, 4×20 yd, 2×40 yd</w:t>
      </w:r>
    </w:p>
    <w:p>
      <w:pPr>
        <w:pStyle w:val="ListBullet"/>
      </w:pPr>
      <w:r>
        <w:t>Pro Agility ×4, M Drill ×3</w:t>
      </w:r>
    </w:p>
    <w:p>
      <w:pPr>
        <w:pStyle w:val="ListBullet"/>
      </w:pPr>
      <w:r>
        <w:t>4 Rounds: 20 Squats, 15 Jump Squats, 10 Split Squats/leg, 20 Calf Raises, 30-sec Plank</w:t>
      </w:r>
    </w:p>
    <w:p>
      <w:pPr>
        <w:pStyle w:val="ListBullet"/>
      </w:pPr>
      <w:r>
        <w:t>10 Tempo Runs</w:t>
      </w:r>
    </w:p>
    <w:p>
      <w:pPr>
        <w:pStyle w:val="Heading3"/>
      </w:pPr>
      <w:r>
        <w:t>Tuesday</w:t>
      </w:r>
    </w:p>
    <w:p>
      <w:pPr>
        <w:pStyle w:val="ListBullet"/>
      </w:pPr>
      <w:r>
        <w:t>Warm-Up B</w:t>
      </w:r>
    </w:p>
    <w:p>
      <w:pPr>
        <w:pStyle w:val="ListBullet"/>
      </w:pPr>
      <w:r>
        <w:t>4×20 yd, 6×40 yd</w:t>
      </w:r>
    </w:p>
    <w:p>
      <w:pPr>
        <w:pStyle w:val="ListBullet"/>
      </w:pPr>
      <w:r>
        <w:t>Box Drill ×3, L Drill ×3</w:t>
      </w:r>
    </w:p>
    <w:p>
      <w:pPr>
        <w:pStyle w:val="ListBullet"/>
      </w:pPr>
      <w:r>
        <w:t>3 Rounds: 25 Push-ups, 20 Wide Push-ups, 15 Diamond Push-ups, 30 Mountain Climbers, 20 Sit-ups</w:t>
      </w:r>
    </w:p>
    <w:p>
      <w:pPr>
        <w:pStyle w:val="ListBullet"/>
      </w:pPr>
      <w:r>
        <w:t>8 Shuttle Runs</w:t>
      </w:r>
    </w:p>
    <w:p>
      <w:pPr>
        <w:pStyle w:val="Heading3"/>
      </w:pPr>
      <w:r>
        <w:t>Wednesday</w:t>
      </w:r>
    </w:p>
    <w:p>
      <w:pPr>
        <w:pStyle w:val="ListBullet"/>
      </w:pPr>
      <w:r>
        <w:t>Dynamic Warm-Up</w:t>
      </w:r>
    </w:p>
    <w:p>
      <w:pPr>
        <w:pStyle w:val="ListBullet"/>
      </w:pPr>
      <w:r>
        <w:t>Routes on Air</w:t>
      </w:r>
    </w:p>
    <w:p>
      <w:pPr>
        <w:pStyle w:val="ListBullet"/>
      </w:pPr>
      <w:r>
        <w:t>QB/WR Timing</w:t>
      </w:r>
    </w:p>
    <w:p>
      <w:pPr>
        <w:pStyle w:val="ListBullet"/>
      </w:pPr>
      <w:r>
        <w:t>7-on-7</w:t>
      </w:r>
    </w:p>
    <w:p>
      <w:pPr>
        <w:pStyle w:val="ListBullet"/>
      </w:pPr>
      <w:r>
        <w:t>Red Zone</w:t>
      </w:r>
    </w:p>
    <w:p>
      <w:pPr>
        <w:pStyle w:val="ListBullet"/>
      </w:pPr>
      <w:r>
        <w:t>2-Minute Drill</w:t>
      </w:r>
    </w:p>
    <w:p>
      <w:pPr>
        <w:pStyle w:val="Heading3"/>
      </w:pPr>
      <w:r>
        <w:t>Thursday</w:t>
      </w:r>
    </w:p>
    <w:p>
      <w:pPr>
        <w:pStyle w:val="ListBullet"/>
      </w:pPr>
      <w:r>
        <w:t>Warm-Up A</w:t>
      </w:r>
    </w:p>
    <w:p>
      <w:pPr>
        <w:pStyle w:val="ListBullet"/>
      </w:pPr>
      <w:r>
        <w:t>4×10 yd, 4×20 yd, 2×40 yd</w:t>
      </w:r>
    </w:p>
    <w:p>
      <w:pPr>
        <w:pStyle w:val="ListBullet"/>
      </w:pPr>
      <w:r>
        <w:t>Box Drill ×3, M Drill ×3, Pro Agility ×2</w:t>
      </w:r>
    </w:p>
    <w:p>
      <w:pPr>
        <w:pStyle w:val="ListBullet"/>
      </w:pPr>
      <w:r>
        <w:t>4 Rounds: 15 Squats, 15 Push-ups, 20 Sit-ups, 20 Russian Twists, 20 Flutter Kicks, 30-sec Plank</w:t>
      </w:r>
    </w:p>
    <w:p>
      <w:pPr>
        <w:pStyle w:val="ListBullet"/>
      </w:pPr>
      <w:r>
        <w:t>10 Tempo Runs</w:t>
      </w:r>
    </w:p>
    <w:p>
      <w:pPr>
        <w:pStyle w:val="Heading3"/>
      </w:pPr>
      <w:r>
        <w:t>Friday</w:t>
      </w:r>
    </w:p>
    <w:p>
      <w:pPr>
        <w:pStyle w:val="ListBullet"/>
      </w:pPr>
      <w:r>
        <w:t>Warm-Up B</w:t>
      </w:r>
    </w:p>
    <w:p>
      <w:pPr>
        <w:pStyle w:val="ListBullet"/>
      </w:pPr>
      <w:r>
        <w:t>6×10 yd, 4×20 yd, 4×40 yd</w:t>
      </w:r>
    </w:p>
    <w:p>
      <w:pPr>
        <w:pStyle w:val="ListBullet"/>
      </w:pPr>
      <w:r>
        <w:t>Pro Agility ×3, M Drill ×3</w:t>
      </w:r>
    </w:p>
    <w:p>
      <w:pPr>
        <w:pStyle w:val="ListBullet"/>
      </w:pPr>
      <w:r>
        <w:t>4 Rounds: 20 Push-ups, 20 Squats, 20 Sit-ups, 20 Bicycle Crunches, 20 Flutter Kicks, 30-sec Front Plank, 30-sec Side Plank/side</w:t>
      </w:r>
    </w:p>
    <w:p>
      <w:pPr>
        <w:pStyle w:val="ListBullet"/>
      </w:pPr>
      <w:r>
        <w:t>12 Tempo Runs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